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Developmental &amp; Behavioral Intake Assessment</w:t>
      </w:r>
    </w:p>
    <w:p>
      <w:r>
        <w:t>Child &amp; Adolescent Services</w:t>
        <w:br/>
        <w:t>Professional Intake Form</w:t>
      </w:r>
    </w:p>
    <w:p>
      <w:pPr>
        <w:pStyle w:val="Heading2"/>
      </w:pPr>
      <w:r>
        <w:t>PAGE 1 – CLIENT &amp; FAMILY INFORMATION</w:t>
      </w:r>
    </w:p>
    <w:p>
      <w:r>
        <w:br/>
        <w:t>CHILD INFORMATION</w:t>
        <w:br/>
        <w:br/>
        <w:t>Child's Full Name: __________________________________________</w:t>
        <w:br/>
        <w:br/>
        <w:t>Preferred Name: ____________________________________________</w:t>
        <w:br/>
        <w:br/>
        <w:t>Date of Birth: _______________    Age: ______    Gender: _____________</w:t>
        <w:br/>
        <w:br/>
        <w:t>Primary Language: __________________________________________</w:t>
        <w:br/>
        <w:br/>
        <w:t>Additional Languages: _______________________________________</w:t>
        <w:br/>
        <w:br/>
        <w:t>Address: _________________________________________________</w:t>
        <w:br/>
        <w:br/>
        <w:t>City: ___________________ State: ______ ZIP: ______________</w:t>
        <w:br/>
        <w:br/>
        <w:t>EMERGENCY CONTACT</w:t>
        <w:br/>
        <w:br/>
        <w:t>Name: _________________________________________________</w:t>
        <w:br/>
        <w:br/>
        <w:t>Relationship: ____________________________________________</w:t>
        <w:br/>
        <w:br/>
        <w:t>Phone: _________________________________________________</w:t>
        <w:br/>
        <w:br/>
        <w:t>PARENT / GUARDIAN INFORMATION</w:t>
        <w:br/>
        <w:br/>
        <w:t>Parent/Guardian #1: _______________________________________</w:t>
        <w:br/>
        <w:br/>
        <w:t>Phone: __________________ Email: _________________________</w:t>
        <w:br/>
        <w:br/>
        <w:t>Occupation: _____________________________________________</w:t>
        <w:br/>
        <w:br/>
        <w:t>Parent/Guardian #2: _______________________________________</w:t>
        <w:br/>
        <w:br/>
        <w:t>Phone: __________________ Email: _________________________</w:t>
        <w:br/>
        <w:br/>
        <w:t>Occupation: _____________________________________________</w:t>
        <w:br/>
        <w:br/>
        <w:t>Household Members:</w:t>
        <w:br/>
        <w:t>________________________________________________________</w:t>
        <w:br/>
        <w:t>________________________________________________________</w:t>
        <w:br/>
        <w:br/>
        <w:t>Siblings (Name / Age):</w:t>
        <w:br/>
        <w:t>________________________________________________________</w:t>
        <w:br/>
        <w:t>________________________________________________________</w:t>
        <w:br/>
      </w:r>
    </w:p>
    <w:p>
      <w:r>
        <w:br w:type="page"/>
      </w:r>
    </w:p>
    <w:p>
      <w:pPr>
        <w:pStyle w:val="Heading2"/>
      </w:pPr>
      <w:r>
        <w:t>PAGE 2 – PRESENTING CONCERNS &amp; CURRENT SERVICES</w:t>
      </w:r>
    </w:p>
    <w:p>
      <w:r>
        <w:br/>
        <w:t>Reason for Referral:</w:t>
        <w:br/>
        <w:t>________________________________________________________</w:t>
        <w:br/>
        <w:t>________________________________________________________</w:t>
        <w:br/>
        <w:t>________________________________________________________</w:t>
        <w:br/>
        <w:br/>
        <w:t>Goals for Treatment:</w:t>
        <w:br/>
        <w:t>________________________________________________________</w:t>
        <w:br/>
        <w:t>________________________________________________________</w:t>
        <w:br/>
        <w:br/>
        <w:t>When were concerns first noticed?</w:t>
        <w:br/>
        <w:t>________________________________________________________</w:t>
        <w:br/>
        <w:br/>
        <w:t>Current Providers:</w:t>
        <w:br/>
        <w:t>☐ Pediatrician  ☐ Psychologist  ☐ Psychiatrist</w:t>
        <w:br/>
        <w:t>☐ Speech Therapist  ☐ Occupational Therapist</w:t>
        <w:br/>
        <w:t>☐ ABA Provider  ☐ School Services  ☐ Other</w:t>
        <w:br/>
        <w:br/>
        <w:t>Provider Information:</w:t>
        <w:br/>
        <w:t>________________________________________________________</w:t>
        <w:br/>
        <w:br/>
        <w:t>Child Strengths:</w:t>
        <w:br/>
        <w:t>________________________________________________________</w:t>
        <w:br/>
        <w:br/>
        <w:t>Preferred Reinforcers / Motivators:</w:t>
        <w:br/>
        <w:t>________________________________________________________</w:t>
        <w:br/>
      </w:r>
    </w:p>
    <w:p>
      <w:r>
        <w:br w:type="page"/>
      </w:r>
    </w:p>
    <w:p>
      <w:pPr>
        <w:pStyle w:val="Heading2"/>
      </w:pPr>
      <w:r>
        <w:t>PAGE 3 – COMMUNICATION, SOCIAL &amp; ACADEMIC PROFILE</w:t>
      </w:r>
    </w:p>
    <w:p>
      <w:r>
        <w:br/>
        <w:t>COMMUNICATION SKILLS</w:t>
        <w:br/>
        <w:br/>
        <w:t>□ Responds to Name</w:t>
        <w:br/>
        <w:t>□ Makes Eye Contact</w:t>
        <w:br/>
        <w:t>□ Uses Verbal Language</w:t>
        <w:br/>
        <w:t>□ Follows Directions</w:t>
        <w:br/>
        <w:t>□ Labels Objects</w:t>
        <w:br/>
        <w:t>□ Answers Questions</w:t>
        <w:br/>
        <w:t>□ Engages in Conversation</w:t>
        <w:br/>
        <w:br/>
        <w:t>SOCIAL SKILLS</w:t>
        <w:br/>
        <w:br/>
        <w:t>□ Plays with Peers</w:t>
        <w:br/>
        <w:t>□ Shares with Others</w:t>
        <w:br/>
        <w:t>□ Participates in Group Activities</w:t>
        <w:br/>
        <w:t>□ Understands Social Cues</w:t>
        <w:br/>
        <w:br/>
        <w:t>ACADEMIC SKILLS</w:t>
        <w:br/>
        <w:br/>
        <w:t>□ Recognizes Letters</w:t>
        <w:br/>
        <w:t>□ Recognizes Numbers</w:t>
        <w:br/>
        <w:t>□ Identifies Colors</w:t>
        <w:br/>
        <w:t>□ Age-Appropriate Academic Skills</w:t>
        <w:br/>
        <w:br/>
        <w:t>School Type:</w:t>
        <w:br/>
        <w:br/>
        <w:t>☐ Public  ☐ Private  ☐ Charter  ☐ Homeschool</w:t>
        <w:br/>
        <w:br/>
        <w:t>Teacher Concerns:</w:t>
        <w:br/>
        <w:t>________________________________________________________</w:t>
        <w:br/>
        <w:t>________________________________________________________</w:t>
        <w:br/>
      </w:r>
    </w:p>
    <w:p>
      <w:r>
        <w:br w:type="page"/>
      </w:r>
    </w:p>
    <w:p>
      <w:pPr>
        <w:pStyle w:val="Heading2"/>
      </w:pPr>
      <w:r>
        <w:t>PAGE 4 – BEHAVIORAL, SENSORY &amp; EMOTIONAL PROFILE</w:t>
      </w:r>
    </w:p>
    <w:p>
      <w:r>
        <w:br/>
        <w:t>BEHAVIORAL CONCERNS</w:t>
        <w:br/>
        <w:br/>
        <w:t>☐ Tantrums</w:t>
        <w:br/>
        <w:t>☐ Aggression</w:t>
        <w:br/>
        <w:t>☐ Self-Injury</w:t>
        <w:br/>
        <w:t>☐ Repetitive Behaviors</w:t>
        <w:br/>
        <w:t>☐ Difficulty with Transitions</w:t>
        <w:br/>
        <w:t>☐ Restricted Interests</w:t>
        <w:br/>
        <w:br/>
        <w:t>SENSORY PROCESSING</w:t>
        <w:br/>
        <w:br/>
        <w:t>☐ Noise Sensitivity</w:t>
        <w:br/>
        <w:t>☐ Visual Sensitivity</w:t>
        <w:br/>
        <w:t>☐ Tactile Sensitivity</w:t>
        <w:br/>
        <w:t>☐ Food Texture Sensitivity</w:t>
        <w:br/>
        <w:t>☐ Sensory Seeking Behaviors</w:t>
        <w:br/>
        <w:br/>
        <w:t>EMOTIONAL DEVELOPMENT</w:t>
        <w:br/>
        <w:br/>
        <w:t>☐ Recognizes Emotions</w:t>
        <w:br/>
        <w:t>☐ Expresses Emotions</w:t>
        <w:br/>
        <w:t>☐ Regulates Emotions</w:t>
        <w:br/>
        <w:t>☐ Experiences Anxiety</w:t>
        <w:br/>
        <w:br/>
        <w:t>Comments:</w:t>
        <w:br/>
        <w:t>________________________________________________________</w:t>
        <w:br/>
        <w:t>________________________________________________________</w:t>
        <w:br/>
      </w:r>
    </w:p>
    <w:p>
      <w:r>
        <w:br w:type="page"/>
      </w:r>
    </w:p>
    <w:p>
      <w:pPr>
        <w:pStyle w:val="Heading2"/>
      </w:pPr>
      <w:r>
        <w:t>PAGE 5 – DEVELOPMENTAL &amp; MEDICAL HISTORY</w:t>
      </w:r>
    </w:p>
    <w:p>
      <w:r>
        <w:br/>
        <w:t>DEVELOPMENTAL MILESTONES</w:t>
        <w:br/>
        <w:br/>
        <w:t>Crawling Age: _____________________</w:t>
        <w:br/>
        <w:br/>
        <w:t>Walking Age: ______________________</w:t>
        <w:br/>
        <w:br/>
        <w:t>First Words: _______________________</w:t>
        <w:br/>
        <w:br/>
        <w:t>First Sentences: ____________________</w:t>
        <w:br/>
        <w:br/>
        <w:t>Language Concerns:</w:t>
        <w:br/>
        <w:t>________________________________________________________</w:t>
        <w:br/>
        <w:br/>
        <w:t>MEDICAL HISTORY</w:t>
        <w:br/>
        <w:br/>
        <w:t>Allergies:</w:t>
        <w:br/>
        <w:t>________________________________________________________</w:t>
        <w:br/>
        <w:br/>
        <w:t>Current Medications:</w:t>
        <w:br/>
        <w:t>________________________________________________________</w:t>
        <w:br/>
        <w:br/>
        <w:t>Delivery Type:</w:t>
        <w:br/>
        <w:br/>
        <w:t>☐ Vaginal Birth    ☐ Cesarean Birth</w:t>
        <w:br/>
        <w:br/>
        <w:t>Birth Complications:</w:t>
        <w:br/>
        <w:t>________________________________________________________</w:t>
        <w:br/>
        <w:br/>
        <w:t>Birth Weight: ______________________</w:t>
        <w:br/>
        <w:br/>
        <w:t>APGAR Score: ______________________</w:t>
        <w:br/>
        <w:br/>
        <w:t>FEEDING &amp; SLEEP</w:t>
        <w:br/>
        <w:br/>
        <w:t>Breastfed? ☐ Yes ☐ No</w:t>
        <w:br/>
        <w:br/>
        <w:t>Bottle Fed? ☐ Yes ☐ No</w:t>
        <w:br/>
        <w:br/>
        <w:t>Age Introduced to Solid Foods: _____________</w:t>
        <w:br/>
        <w:br/>
        <w:t>Sleeps Independently? ☐ Yes ☐ No</w:t>
        <w:br/>
        <w:br/>
        <w:t>Sleep Concerns:</w:t>
        <w:br/>
        <w:t>________________________________________________________</w:t>
        <w:br/>
      </w:r>
    </w:p>
    <w:p>
      <w:r>
        <w:br w:type="page"/>
      </w:r>
    </w:p>
    <w:p>
      <w:pPr>
        <w:pStyle w:val="Heading2"/>
      </w:pPr>
      <w:r>
        <w:t>PAGE 6 – ADAPTIVE SKILLS &amp; CLINICAL OBSERVATIONS</w:t>
      </w:r>
    </w:p>
    <w:p>
      <w:r>
        <w:br/>
        <w:t>ADAPTIVE LIVING SKILLS</w:t>
        <w:br/>
        <w:br/>
        <w:t>☐ Dressing Independently</w:t>
        <w:br/>
        <w:t>☐ Feeding Independently</w:t>
        <w:br/>
        <w:t>☐ Toileting Independently</w:t>
        <w:br/>
        <w:t>☐ Personal Hygiene Skills</w:t>
        <w:br/>
        <w:t>☐ Safety Awareness</w:t>
        <w:br/>
        <w:br/>
        <w:t>INTERESTS &amp; PREFERENCES</w:t>
        <w:br/>
        <w:br/>
        <w:t>Favorite Activities:</w:t>
        <w:br/>
        <w:t>________________________________________________________</w:t>
        <w:br/>
        <w:br/>
        <w:t>Favorite Toys:</w:t>
        <w:br/>
        <w:t>________________________________________________________</w:t>
        <w:br/>
        <w:br/>
        <w:t>Special Interests:</w:t>
        <w:br/>
        <w:t>________________________________________________________</w:t>
        <w:br/>
        <w:br/>
        <w:t>CLINICAL OBSERVATIONS</w:t>
        <w:br/>
        <w:br/>
        <w:t>________________________________________________________</w:t>
        <w:br/>
        <w:t>________________________________________________________</w:t>
        <w:br/>
        <w:t>________________________________________________________</w:t>
        <w:br/>
        <w:br/>
        <w:t>RECOMMENDATIONS</w:t>
        <w:br/>
        <w:br/>
        <w:t>________________________________________________________</w:t>
        <w:br/>
        <w:t>________________________________________________________</w:t>
        <w:br/>
        <w:br/>
        <w:t>Assessment Completed By:</w:t>
        <w:br/>
        <w:t>____________________________________</w:t>
        <w:br/>
        <w:br/>
        <w:t>Credentials:</w:t>
        <w:br/>
        <w:t>____________________________________</w:t>
        <w:br/>
        <w:br/>
        <w:t>Date:</w:t>
        <w:br/>
        <w:t>____________________________________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